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40"/>
      </w:pPr>
      <w:r>
        <w:rPr>
          <w:rFonts w:ascii="Roboto" w:hAnsi="Roboto" w:eastAsia="Roboto"/>
          <w:b/>
          <w:color w:val="264653"/>
          <w:sz w:val="52"/>
        </w:rPr>
        <w:t>WEEKLY MEAL PLAN</w:t>
      </w:r>
    </w:p>
    <w:p>
      <w:pPr>
        <w:spacing w:after="200"/>
      </w:pPr>
      <w:r>
        <w:rPr>
          <w:rFonts w:ascii="Roboto Condensed" w:hAnsi="Roboto Condensed" w:eastAsia="Roboto Condensed"/>
          <w:b/>
          <w:color w:val="2A9D8F"/>
          <w:sz w:val="24"/>
        </w:rPr>
        <w:t>Week of August 10, 2026  |  2 people</w:t>
      </w:r>
    </w:p>
    <w:p>
      <w:pPr>
        <w:spacing w:after="80" w:before="20"/>
      </w:pPr>
    </w:p>
    <w:p>
      <w:pPr>
        <w:pStyle w:val="Heading1"/>
      </w:pPr>
      <w:r>
        <w:t>Email-Ready Summary</w:t>
      </w:r>
    </w:p>
    <w:p>
      <w:r>
        <w:t>This week leans on the MIND, Mediterranean, and DASH patterns: plenty of vegetables, whole grains, legumes, and unsaturated fats, with flavor built from herbs and spices rather than excess sodium. These flexible eating patterns can support long-term health and healthspan as part of an overall balanced routine. The menu keeps weeknight cooking simple while rotating Mediterranean, East Asian, and Spanish-inspired flavors.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8496"/>
      </w:tblGrid>
      <w:tr>
        <w:trPr>
          <w:tblHeader w:val="true"/>
          <w:cantSplit/>
        </w:trPr>
        <w:tc>
          <w:tcPr>
            <w:tcW w:type="dxa" w:w="508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FFFFFF"/>
                <w:sz w:val="17"/>
              </w:rPr>
              <w:t>MEAL</w:t>
            </w:r>
          </w:p>
        </w:tc>
        <w:tc>
          <w:tcPr>
            <w:tcW w:type="dxa" w:w="508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FFFFFF"/>
                <w:sz w:val="17"/>
              </w:rPr>
              <w:t>THIS WEEK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6F3F1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Dinner</w:t>
            </w:r>
          </w:p>
        </w:tc>
        <w:tc>
          <w:tcPr>
            <w:tcW w:type="dxa" w:w="84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6F3F1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Greek lentil-quinoa stuffed peppers — savory, herby, and feta-topped.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Dinner</w:t>
            </w:r>
          </w:p>
        </w:tc>
        <w:tc>
          <w:tcPr>
            <w:tcW w:type="dxa" w:w="84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Sesame-ginger tofu with broccoli and brown rice — crisp-edged and bright.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6F3F1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Dinner</w:t>
            </w:r>
          </w:p>
        </w:tc>
        <w:tc>
          <w:tcPr>
            <w:tcW w:type="dxa" w:w="84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6F3F1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Smoky Spanish white beans with kale — one-pan comfort with whole-grain toast.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Lunch</w:t>
            </w:r>
          </w:p>
        </w:tc>
        <w:tc>
          <w:tcPr>
            <w:tcW w:type="dxa" w:w="84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Mediterranean chickpea crunch wraps — fresh, creamy, and sturdy for packing.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6F3F1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Lunch</w:t>
            </w:r>
          </w:p>
        </w:tc>
        <w:tc>
          <w:tcPr>
            <w:tcW w:type="dxa" w:w="84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6F3F1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Southwest quinoa-black-bean bowls — colorful, tangy, and meal-prep friendly.</w:t>
            </w:r>
          </w:p>
        </w:tc>
      </w:tr>
    </w:tbl>
    <w:p>
      <w:pPr>
        <w:pStyle w:val="Heading2"/>
      </w:pPr>
      <w:r>
        <w:t>At a Glance</w:t>
      </w:r>
    </w:p>
    <w:p>
      <w:pPr>
        <w:pStyle w:val="ListBullet"/>
        <w:spacing w:after="50"/>
        <w:ind w:left="317" w:hanging="230"/>
      </w:pPr>
      <w:r>
        <w:t>Dinner times: 30–40 minutes each; lunch prep: 20–30 minutes per recipe.</w:t>
      </w:r>
    </w:p>
    <w:p>
      <w:pPr>
        <w:pStyle w:val="ListBullet"/>
        <w:spacing w:after="50"/>
        <w:ind w:left="317" w:hanging="230"/>
      </w:pPr>
      <w:r>
        <w:t>Estimated grocery spend: about $95–$115 with common pantry staples on hand; allow up to $125 if restocking several condiments or spices.</w:t>
      </w:r>
    </w:p>
    <w:p>
      <w:pPr>
        <w:pStyle w:val="ListBullet"/>
        <w:spacing w:after="50"/>
        <w:ind w:left="317" w:hanging="230"/>
      </w:pPr>
      <w:r>
        <w:t>Ingredient efficiency: quinoa, peppers, spinach, feta, yogurt, lime, and herbs are reused without repeating the same meal format.</w:t>
      </w:r>
    </w:p>
    <w:p>
      <w:r>
        <w:br w:type="page"/>
      </w:r>
    </w:p>
    <w:p>
      <w:pPr>
        <w:pStyle w:val="Heading1"/>
      </w:pPr>
      <w:r>
        <w:t>Prep-Ahead Game Plan</w:t>
      </w:r>
    </w:p>
    <w:p>
      <w:r>
        <w:t>Set aside about 75 minutes once; the rest of the week becomes mostly assembly, reheating, and quick cooking.</w:t>
      </w:r>
    </w:p>
    <w:p>
      <w:pPr>
        <w:spacing w:after="120"/>
      </w:pPr>
      <w:r>
        <w:rPr>
          <w:b/>
          <w:color w:val="264653"/>
        </w:rPr>
        <w:t xml:space="preserve">Cook the quinoa. </w:t>
      </w:r>
      <w:r>
        <w:t>Rinse and cook 1½ cups dry quinoa according to package directions. Cool it on a sheet pan. Reserve about 1½ cups cooked for the stuffed peppers and divide the remainder among four lunch containers.</w:t>
      </w:r>
    </w:p>
    <w:p>
      <w:pPr>
        <w:spacing w:after="120"/>
      </w:pPr>
      <w:r>
        <w:rPr>
          <w:b/>
          <w:color w:val="264653"/>
        </w:rPr>
        <w:t xml:space="preserve">Build the Southwest bowls. </w:t>
      </w:r>
      <w:r>
        <w:t>Add black beans, corn, cabbage, and tomatoes to the quinoa containers. Whisk the lime-yogurt sauce and pack it separately. Add avocado only on the morning you eat each bowl. Refrigerate up to 4 days.</w:t>
      </w:r>
    </w:p>
    <w:p>
      <w:pPr>
        <w:spacing w:after="120"/>
      </w:pPr>
      <w:r>
        <w:rPr>
          <w:b/>
          <w:color w:val="264653"/>
        </w:rPr>
        <w:t xml:space="preserve">Mix the chickpea wrap filling. </w:t>
      </w:r>
      <w:r>
        <w:t>Mash about one-third of the chickpeas, then mix with cucumber, tomatoes, spinach, feta, lemon, and oregano. Store filling, hummus, and tortillas separately; assemble the night before or morning of eating. Filling keeps 4 days.</w:t>
      </w:r>
    </w:p>
    <w:p>
      <w:pPr>
        <w:spacing w:after="120"/>
      </w:pPr>
      <w:r>
        <w:rPr>
          <w:b/>
          <w:color w:val="264653"/>
        </w:rPr>
        <w:t xml:space="preserve">Stage dinner vegetables. </w:t>
      </w:r>
      <w:r>
        <w:t>Wash and dry all produce. Chop the broccoli and 2 peppers for the tofu dinner; slice the onion and kale for the bean skillet. Store each dinner kit separately. Leave the stuffed-pepper shells whole until assembly for the best texture.</w:t>
      </w:r>
    </w:p>
    <w:p>
      <w:pPr>
        <w:spacing w:after="120"/>
      </w:pPr>
      <w:r>
        <w:rPr>
          <w:b/>
          <w:color w:val="264653"/>
        </w:rPr>
        <w:t xml:space="preserve">Press and season tofu. </w:t>
      </w:r>
      <w:r>
        <w:t>Press the tofu for 15 minutes, cube it, and refrigerate in a covered container. Whisk the sesame-ginger sauce separately. Toss together only just before roasting so the tofu stays crisp.</w:t>
      </w:r>
    </w:p>
    <w:p>
      <w:pPr>
        <w:spacing w:after="120"/>
      </w:pPr>
      <w:r>
        <w:rPr>
          <w:b/>
          <w:color w:val="264653"/>
        </w:rPr>
        <w:t xml:space="preserve">Optional: assemble stuffed peppers. </w:t>
      </w:r>
      <w:r>
        <w:t>Prepare the filling and stuff the pepper halves up to 24 hours ahead. Cover and refrigerate; add 5 minutes to the bake time if they go into the oven cold.</w:t>
      </w:r>
    </w:p>
    <w:p>
      <w:pPr>
        <w:pStyle w:val="Heading2"/>
      </w:pPr>
      <w:r>
        <w:t>Storage &amp; Texture Notes</w:t>
      </w:r>
    </w:p>
    <w:p>
      <w:pPr>
        <w:pStyle w:val="ListBullet"/>
        <w:spacing w:after="50"/>
        <w:ind w:left="317" w:hanging="230"/>
      </w:pPr>
      <w:r>
        <w:t>Cool cooked grains promptly and refrigerate in shallow containers; use within 4 days.</w:t>
      </w:r>
    </w:p>
    <w:p>
      <w:pPr>
        <w:pStyle w:val="ListBullet"/>
        <w:spacing w:after="50"/>
        <w:ind w:left="317" w:hanging="230"/>
      </w:pPr>
      <w:r>
        <w:t>Keep sauces, hummus, avocado, and tortillas separate until serving.</w:t>
      </w:r>
    </w:p>
    <w:p>
      <w:pPr>
        <w:pStyle w:val="ListBullet"/>
        <w:spacing w:after="50"/>
        <w:ind w:left="317" w:hanging="230"/>
      </w:pPr>
      <w:r>
        <w:t>Reheat dinners until steaming hot. Reheat tofu uncovered in a toaster oven or skillet when possible.</w:t>
      </w:r>
    </w:p>
    <w:p>
      <w:pPr>
        <w:pStyle w:val="ListBullet"/>
        <w:spacing w:after="50"/>
        <w:ind w:left="317" w:hanging="230"/>
      </w:pPr>
      <w:r>
        <w:t>Freeze extra bread before it stales; thaw slices directly in the toaster.</w:t>
      </w:r>
    </w:p>
    <w:p>
      <w:pPr>
        <w:pStyle w:val="Heading2"/>
      </w:pPr>
      <w:r>
        <w:t>Suggested Weekly Rhythm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cantSplit/>
        </w:trPr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FFFFFF"/>
                <w:sz w:val="17"/>
              </w:rPr>
              <w:t>MEAL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FFFFFF"/>
                <w:sz w:val="17"/>
              </w:rPr>
              <w:t>QUICK TASK</w:t>
            </w:r>
          </w:p>
        </w:tc>
      </w:tr>
      <w:tr>
        <w:trPr>
          <w:cantSplit/>
        </w:trPr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Mon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Stuffed peppers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Bake assembled peppers; add feta.</w:t>
            </w:r>
          </w:p>
        </w:tc>
      </w:tr>
      <w:tr>
        <w:trPr>
          <w:cantSplit/>
        </w:trPr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Tue/Wed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Lunch wraps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Spread, fill, and roll in the morning.</w:t>
            </w:r>
          </w:p>
        </w:tc>
      </w:tr>
      <w:tr>
        <w:trPr>
          <w:cantSplit/>
        </w:trPr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Wed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Sesame-ginger tofu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Roast tofu and vegetables; cook quick brown rice.</w:t>
            </w:r>
          </w:p>
        </w:tc>
      </w:tr>
      <w:tr>
        <w:trPr>
          <w:cantSplit/>
        </w:trPr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Thu/Fri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Southwest bowls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Add avocado and lime sauce after reheating or serve cold.</w:t>
            </w:r>
          </w:p>
        </w:tc>
      </w:tr>
      <w:tr>
        <w:trPr>
          <w:cantSplit/>
        </w:trPr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/>
                <w:color w:val="264653"/>
                <w:sz w:val="17"/>
              </w:rPr>
              <w:t>Fri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Spanish white beans</w:t>
            </w:r>
          </w:p>
        </w:tc>
        <w:tc>
          <w:tcPr>
            <w:tcW w:type="dxa" w:w="33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Poppins" w:hAnsi="Poppins" w:eastAsia="Poppins"/>
                <w:b w:val="0"/>
                <w:color w:val="202426"/>
                <w:sz w:val="17"/>
              </w:rPr>
              <w:t>Simmer skillet; toast bread.</w:t>
            </w:r>
          </w:p>
        </w:tc>
      </w:tr>
    </w:tbl>
    <w:p>
      <w:r>
        <w:br w:type="page"/>
      </w:r>
    </w:p>
    <w:p>
      <w:pPr>
        <w:pStyle w:val="Heading1"/>
      </w:pPr>
      <w:r>
        <w:t>Grocery List</w:t>
      </w:r>
    </w:p>
    <w:p>
      <w:pPr>
        <w:spacing w:after="20" w:line="228" w:lineRule="auto"/>
      </w:pPr>
      <w:r>
        <w:rPr>
          <w:sz w:val="16"/>
        </w:rPr>
        <w:t>Quantities cover all five recipes as written. Items marked “pantry” are listed separately so no ingredient is assumed silently.</w:t>
      </w:r>
    </w:p>
    <w:p>
      <w:pPr>
        <w:pStyle w:val="Heading2"/>
        <w:spacing w:before="80" w:after="30"/>
      </w:pPr>
      <w:r>
        <w:rPr>
          <w:sz w:val="22"/>
        </w:rPr>
        <w:t>Produce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5 large bell peppers (3 for stuffing; 2 for tofu dinner)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large head broccoli (about 5 cups florets)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8 oz sugar snap peas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medium yellow onion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small red onion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bulb garlic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large bunch kale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package baby spinach (5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pint cherry or grape tomatoes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large cucumber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bag shredded cabbage or coleslaw mix (12–14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2 avocados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2 lemons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4 limes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bunch cilantro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small piece fresh ginger (about 2 inches)</w:t>
      </w:r>
    </w:p>
    <w:p>
      <w:pPr>
        <w:pStyle w:val="Heading2"/>
        <w:spacing w:before="80" w:after="30"/>
      </w:pPr>
      <w:r>
        <w:rPr>
          <w:sz w:val="22"/>
        </w:rPr>
        <w:t>Refrigerated &amp; Dairy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block extra-firm tofu (14–16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tub plain Greek yogurt (16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package feta cheese (6–8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tub hummus (8 oz)</w:t>
      </w:r>
    </w:p>
    <w:p>
      <w:pPr>
        <w:pStyle w:val="Heading2"/>
        <w:spacing w:before="80" w:after="30"/>
      </w:pPr>
      <w:r>
        <w:rPr>
          <w:sz w:val="22"/>
        </w:rPr>
        <w:t>Canned &amp; Jarred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can lentils (15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2 cans chickpeas (15 oz each)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2 cans no-salt-added white beans (15 oz each)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can black beans (15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can no-salt-added diced tomatoes (14–15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can no-salt-added crushed tomatoes (28 oz)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small jar pitted green olives (optional but recommended)</w:t>
      </w:r>
    </w:p>
    <w:p>
      <w:pPr>
        <w:pStyle w:val="Heading2"/>
        <w:spacing w:before="80" w:after="30"/>
      </w:pPr>
      <w:r>
        <w:rPr>
          <w:sz w:val="22"/>
        </w:rPr>
        <w:t>Grains, Bread &amp; Frozen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bag quinoa (at least 1½ cups dry; a 12–16 oz bag)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package quick-cooking brown rice (at least 1 cup dry)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package large whole-wheat tortillas (8 count; freeze extras)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small loaf whole-grain bread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1 bag frozen corn (about 10–12 oz)</w:t>
      </w:r>
    </w:p>
    <w:p>
      <w:pPr>
        <w:pStyle w:val="Heading2"/>
        <w:spacing w:before="80" w:after="30"/>
      </w:pPr>
      <w:r>
        <w:rPr>
          <w:sz w:val="22"/>
        </w:rPr>
        <w:t>Pantry Check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Extra-virgin olive oil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Low-sodium soy sauce or tamari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Toasted sesame oil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Rice vinegar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Maple syrup or honey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Cornstarch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Dried oregano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Ground cumin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Smoked paprika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Garlic powder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Crushed red pepper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Sesame seeds (optional)</w:t>
      </w:r>
    </w:p>
    <w:p>
      <w:pPr>
        <w:pStyle w:val="ListBullet"/>
        <w:spacing w:after="20" w:line="228" w:lineRule="auto"/>
        <w:ind w:left="317" w:hanging="230"/>
      </w:pPr>
      <w:r>
        <w:rPr>
          <w:sz w:val="16"/>
        </w:rPr>
        <w:t>Kosher salt and black pepper</w:t>
      </w:r>
    </w:p>
    <w:p>
      <w:pPr>
        <w:pStyle w:val="Heading2"/>
        <w:spacing w:before="80" w:after="30"/>
      </w:pPr>
      <w:r>
        <w:rPr>
          <w:sz w:val="22"/>
        </w:rPr>
        <w:t>Budget Note</w:t>
      </w:r>
    </w:p>
    <w:p>
      <w:pPr>
        <w:spacing w:after="20" w:line="228" w:lineRule="auto"/>
      </w:pPr>
      <w:r>
        <w:rPr>
          <w:sz w:val="16"/>
        </w:rPr>
        <w:t>A typical total is approximately $95–$115, depending on produce prices and brand choices. The plan should remain near the $125 target even with one or two pantry restocks. Store-brand beans, grains, frozen corn, and yogurt offer the easiest savings; omit olives and sesame seeds first if needed.</w:t>
      </w:r>
    </w:p>
    <w:p>
      <w:pPr>
        <w:pStyle w:val="Heading1"/>
      </w:pPr>
      <w:r>
        <w:t>Dinner 1 · Greek Lentil–Quinoa Stuffed Peppers</w:t>
      </w:r>
    </w:p>
    <w:p>
      <w:pPr>
        <w:spacing w:after="100"/>
      </w:pPr>
      <w:r>
        <w:rPr>
          <w:i/>
          <w:color w:val="5B666A"/>
        </w:rPr>
        <w:t>Tender peppers filled with lemony lentils, quinoa, tomato, spinach, herbs, and a restrained feta finish.</w:t>
      </w:r>
    </w:p>
    <w:p>
      <w:pPr>
        <w:pStyle w:val="MealMeta"/>
      </w:pPr>
      <w:r>
        <w:rPr>
          <w:b/>
        </w:rPr>
        <w:t xml:space="preserve">Servings: </w:t>
      </w:r>
      <w:r>
        <w:rPr>
          <w:b w:val="0"/>
          <w:color w:val="5B666A"/>
        </w:rPr>
        <w:t>2 generous dinner servings</w:t>
      </w:r>
    </w:p>
    <w:p>
      <w:pPr>
        <w:pStyle w:val="MealMeta"/>
      </w:pPr>
      <w:r>
        <w:rPr>
          <w:b/>
        </w:rPr>
        <w:t xml:space="preserve">Total time: </w:t>
      </w:r>
      <w:r>
        <w:rPr>
          <w:b w:val="0"/>
          <w:color w:val="5B666A"/>
        </w:rPr>
        <w:t>40 minutes</w:t>
      </w:r>
    </w:p>
    <w:p>
      <w:pPr>
        <w:pStyle w:val="MealMeta"/>
      </w:pPr>
      <w:r>
        <w:rPr>
          <w:b/>
        </w:rPr>
        <w:t xml:space="preserve">Why it fits: </w:t>
      </w:r>
      <w:r>
        <w:rPr>
          <w:b w:val="0"/>
          <w:color w:val="5B666A"/>
        </w:rPr>
        <w:t>Legumes, whole grain, leafy greens, and olive oil align with Mediterranean and MIND-style eating; using low-sodium canned goods keeps the meal DASH-friendly.</w:t>
      </w:r>
    </w:p>
    <w:p>
      <w:pPr>
        <w:pStyle w:val="MealMeta"/>
      </w:pPr>
      <w:r>
        <w:rPr>
          <w:b/>
        </w:rPr>
        <w:t xml:space="preserve">Make-ahead / pack note: </w:t>
      </w:r>
      <w:r>
        <w:rPr>
          <w:b w:val="0"/>
          <w:color w:val="5B666A"/>
        </w:rPr>
        <w:t>The filling can be made 2 days ahead, or the peppers can be fully assembled 1 day ahead.</w:t>
      </w:r>
    </w:p>
    <w:p>
      <w:pPr>
        <w:pStyle w:val="Heading2"/>
      </w:pPr>
      <w:r>
        <w:t>Ingredients</w:t>
      </w:r>
    </w:p>
    <w:p>
      <w:pPr>
        <w:pStyle w:val="ListBullet"/>
        <w:spacing w:after="50"/>
        <w:ind w:left="317" w:hanging="230"/>
      </w:pPr>
      <w:r>
        <w:t>3 large bell peppers, halved lengthwise and seeded</w:t>
      </w:r>
    </w:p>
    <w:p>
      <w:pPr>
        <w:pStyle w:val="ListBullet"/>
        <w:spacing w:after="50"/>
        <w:ind w:left="317" w:hanging="230"/>
      </w:pPr>
      <w:r>
        <w:t>1½ cups cooked quinoa (about ½ cup dry)</w:t>
      </w:r>
    </w:p>
    <w:p>
      <w:pPr>
        <w:pStyle w:val="ListBullet"/>
        <w:spacing w:after="50"/>
        <w:ind w:left="317" w:hanging="230"/>
      </w:pPr>
      <w:r>
        <w:t>1 can (15 oz) lentils, rinsed and drained</w:t>
      </w:r>
    </w:p>
    <w:p>
      <w:pPr>
        <w:pStyle w:val="ListBullet"/>
        <w:spacing w:after="50"/>
        <w:ind w:left="317" w:hanging="230"/>
      </w:pPr>
      <w:r>
        <w:t>1 can (14–15 oz) no-salt-added diced tomatoes, well drained</w:t>
      </w:r>
    </w:p>
    <w:p>
      <w:pPr>
        <w:pStyle w:val="ListBullet"/>
        <w:spacing w:after="50"/>
        <w:ind w:left="317" w:hanging="230"/>
      </w:pPr>
      <w:r>
        <w:t>2 packed cups baby spinach, roughly chopped</w:t>
      </w:r>
    </w:p>
    <w:p>
      <w:pPr>
        <w:pStyle w:val="ListBullet"/>
        <w:spacing w:after="50"/>
        <w:ind w:left="317" w:hanging="230"/>
      </w:pPr>
      <w:r>
        <w:t>2 garlic cloves, minced</w:t>
      </w:r>
    </w:p>
    <w:p>
      <w:pPr>
        <w:pStyle w:val="ListBullet"/>
        <w:spacing w:after="50"/>
        <w:ind w:left="317" w:hanging="230"/>
      </w:pPr>
      <w:r>
        <w:t>1 teaspoon dried oregano</w:t>
      </w:r>
    </w:p>
    <w:p>
      <w:pPr>
        <w:pStyle w:val="ListBullet"/>
        <w:spacing w:after="50"/>
        <w:ind w:left="317" w:hanging="230"/>
      </w:pPr>
      <w:r>
        <w:t>½ teaspoon ground cumin</w:t>
      </w:r>
    </w:p>
    <w:p>
      <w:pPr>
        <w:pStyle w:val="ListBullet"/>
        <w:spacing w:after="50"/>
        <w:ind w:left="317" w:hanging="230"/>
      </w:pPr>
      <w:r>
        <w:t>Zest and juice of ½ lemon</w:t>
      </w:r>
    </w:p>
    <w:p>
      <w:pPr>
        <w:pStyle w:val="ListBullet"/>
        <w:spacing w:after="50"/>
        <w:ind w:left="317" w:hanging="230"/>
      </w:pPr>
      <w:r>
        <w:t>1 tablespoon extra-virgin olive oil</w:t>
      </w:r>
    </w:p>
    <w:p>
      <w:pPr>
        <w:pStyle w:val="ListBullet"/>
        <w:spacing w:after="50"/>
        <w:ind w:left="317" w:hanging="230"/>
      </w:pPr>
      <w:r>
        <w:t>⅓ cup crumbled feta</w:t>
      </w:r>
    </w:p>
    <w:p>
      <w:pPr>
        <w:pStyle w:val="ListBullet"/>
        <w:spacing w:after="50"/>
        <w:ind w:left="317" w:hanging="230"/>
      </w:pPr>
      <w:r>
        <w:t>¼ teaspoon kosher salt, plus black pepper</w:t>
      </w:r>
    </w:p>
    <w:p>
      <w:pPr>
        <w:pStyle w:val="Heading2"/>
      </w:pPr>
      <w:r>
        <w:t>Method</w:t>
      </w:r>
    </w:p>
    <w:p>
      <w:pPr>
        <w:pStyle w:val="ListNumber"/>
        <w:spacing w:after="60"/>
        <w:ind w:left="360" w:hanging="259"/>
      </w:pPr>
      <w:r>
        <w:t>Heat the oven to 425°F. Arrange the pepper halves cut-side up in a lightly oiled baking dish. Add 2 tablespoons water, cover loosely, and microwave for 5 minutes to jump-start softening; drain.</w:t>
      </w:r>
    </w:p>
    <w:p>
      <w:pPr>
        <w:pStyle w:val="ListNumber"/>
        <w:spacing w:after="60"/>
        <w:ind w:left="360" w:hanging="259"/>
      </w:pPr>
      <w:r>
        <w:t>In a large bowl, combine quinoa, lentils, tomatoes, spinach, garlic, oregano, cumin, lemon zest and juice, olive oil, salt, and several grinds of pepper.</w:t>
      </w:r>
    </w:p>
    <w:p>
      <w:pPr>
        <w:pStyle w:val="ListNumber"/>
        <w:spacing w:after="60"/>
        <w:ind w:left="360" w:hanging="259"/>
      </w:pPr>
      <w:r>
        <w:t>Divide the filling among the pepper halves and press it in lightly. Cover the dish with foil and bake for 18 minutes.</w:t>
      </w:r>
    </w:p>
    <w:p>
      <w:pPr>
        <w:pStyle w:val="ListNumber"/>
        <w:spacing w:after="60"/>
        <w:ind w:left="360" w:hanging="259"/>
      </w:pPr>
      <w:r>
        <w:t>Uncover, sprinkle with feta, and bake 5–7 minutes more, until the peppers are tender and the filling is hot. Serve with the remaining lemon cut into wedges if desired.</w:t>
      </w:r>
    </w:p>
    <w:p>
      <w:pPr>
        <w:pStyle w:val="Heading3"/>
      </w:pPr>
      <w:r>
        <w:t>Prep-ahead note</w:t>
      </w:r>
    </w:p>
    <w:p>
      <w:r>
        <w:t>Cook the quinoa and mix the filling during the weekly prep session. If assembling ahead, cool the filling before stuffing the peppers.</w:t>
      </w:r>
    </w:p>
    <w:p>
      <w:pPr>
        <w:pStyle w:val="Heading3"/>
      </w:pPr>
      <w:r>
        <w:t>Easy substitution</w:t>
      </w:r>
    </w:p>
    <w:p>
      <w:r>
        <w:t>Use cooked farro or brown rice in place of quinoa. For dairy-free peppers, omit feta and finish with chopped olives or toasted sunflower seeds.</w:t>
      </w:r>
    </w:p>
    <w:p>
      <w:r>
        <w:br w:type="page"/>
      </w:r>
    </w:p>
    <w:p>
      <w:pPr>
        <w:pStyle w:val="Heading1"/>
      </w:pPr>
      <w:r>
        <w:t>Dinner 2 · Sheet-Pan Sesame–Ginger Tofu with Broccoli &amp; Brown Rice</w:t>
      </w:r>
    </w:p>
    <w:p>
      <w:pPr>
        <w:spacing w:after="100"/>
      </w:pPr>
      <w:r>
        <w:rPr>
          <w:i/>
          <w:color w:val="5B666A"/>
        </w:rPr>
        <w:t>Crisp tofu and colorful vegetables roasted in a savory sesame-ginger glaze, served as a plated entrée with brown rice.</w:t>
      </w:r>
    </w:p>
    <w:p>
      <w:pPr>
        <w:pStyle w:val="MealMeta"/>
      </w:pPr>
      <w:r>
        <w:rPr>
          <w:b/>
        </w:rPr>
        <w:t xml:space="preserve">Servings: </w:t>
      </w:r>
      <w:r>
        <w:rPr>
          <w:b w:val="0"/>
          <w:color w:val="5B666A"/>
        </w:rPr>
        <w:t>2 dinner servings</w:t>
      </w:r>
    </w:p>
    <w:p>
      <w:pPr>
        <w:pStyle w:val="MealMeta"/>
      </w:pPr>
      <w:r>
        <w:rPr>
          <w:b/>
        </w:rPr>
        <w:t xml:space="preserve">Total time: </w:t>
      </w:r>
      <w:r>
        <w:rPr>
          <w:b w:val="0"/>
          <w:color w:val="5B666A"/>
        </w:rPr>
        <w:t>40 minutes</w:t>
      </w:r>
    </w:p>
    <w:p>
      <w:pPr>
        <w:pStyle w:val="MealMeta"/>
      </w:pPr>
      <w:r>
        <w:rPr>
          <w:b/>
        </w:rPr>
        <w:t xml:space="preserve">Why it fits: </w:t>
      </w:r>
      <w:r>
        <w:rPr>
          <w:b w:val="0"/>
          <w:color w:val="5B666A"/>
        </w:rPr>
        <w:t>Tofu supplies plant protein, brown rice adds whole grain, and the vegetable-heavy plate fits Mediterranean and DASH principles when made with low-sodium soy sauce.</w:t>
      </w:r>
    </w:p>
    <w:p>
      <w:pPr>
        <w:pStyle w:val="MealMeta"/>
      </w:pPr>
      <w:r>
        <w:rPr>
          <w:b/>
        </w:rPr>
        <w:t xml:space="preserve">Make-ahead / pack note: </w:t>
      </w:r>
      <w:r>
        <w:rPr>
          <w:b w:val="0"/>
          <w:color w:val="5B666A"/>
        </w:rPr>
        <w:t>Press and cube the tofu and cut the vegetables up to 2 days ahead; store the sauce separately.</w:t>
      </w:r>
    </w:p>
    <w:p>
      <w:pPr>
        <w:pStyle w:val="Heading2"/>
      </w:pPr>
      <w:r>
        <w:t>Ingredients</w:t>
      </w:r>
    </w:p>
    <w:p>
      <w:pPr>
        <w:pStyle w:val="ListBullet"/>
        <w:spacing w:after="50"/>
        <w:ind w:left="317" w:hanging="230"/>
      </w:pPr>
      <w:r>
        <w:t>1 block (14–16 oz) extra-firm tofu, pressed and cut into 1-inch cubes</w:t>
      </w:r>
    </w:p>
    <w:p>
      <w:pPr>
        <w:pStyle w:val="ListBullet"/>
        <w:spacing w:after="50"/>
        <w:ind w:left="317" w:hanging="230"/>
      </w:pPr>
      <w:r>
        <w:t>1 large head broccoli, cut into florets (about 5 cups)</w:t>
      </w:r>
    </w:p>
    <w:p>
      <w:pPr>
        <w:pStyle w:val="ListBullet"/>
        <w:spacing w:after="50"/>
        <w:ind w:left="317" w:hanging="230"/>
      </w:pPr>
      <w:r>
        <w:t>2 large bell peppers, cut into 1-inch pieces</w:t>
      </w:r>
    </w:p>
    <w:p>
      <w:pPr>
        <w:pStyle w:val="ListBullet"/>
        <w:spacing w:after="50"/>
        <w:ind w:left="317" w:hanging="230"/>
      </w:pPr>
      <w:r>
        <w:t>8 oz sugar snap peas</w:t>
      </w:r>
    </w:p>
    <w:p>
      <w:pPr>
        <w:pStyle w:val="ListBullet"/>
        <w:spacing w:after="50"/>
        <w:ind w:left="317" w:hanging="230"/>
      </w:pPr>
      <w:r>
        <w:t>1 tablespoon cornstarch</w:t>
      </w:r>
    </w:p>
    <w:p>
      <w:pPr>
        <w:pStyle w:val="ListBullet"/>
        <w:spacing w:after="50"/>
        <w:ind w:left="317" w:hanging="230"/>
      </w:pPr>
      <w:r>
        <w:t>1 tablespoon extra-virgin olive oil, divided</w:t>
      </w:r>
    </w:p>
    <w:p>
      <w:pPr>
        <w:pStyle w:val="ListBullet"/>
        <w:spacing w:after="50"/>
        <w:ind w:left="317" w:hanging="230"/>
      </w:pPr>
      <w:r>
        <w:t>1 cup dry quick-cooking brown rice</w:t>
      </w:r>
    </w:p>
    <w:p>
      <w:pPr>
        <w:pStyle w:val="ListBullet"/>
        <w:spacing w:after="50"/>
        <w:ind w:left="317" w:hanging="230"/>
      </w:pPr>
      <w:r>
        <w:t>2 tablespoons low-sodium soy sauce or tamari</w:t>
      </w:r>
    </w:p>
    <w:p>
      <w:pPr>
        <w:pStyle w:val="ListBullet"/>
        <w:spacing w:after="50"/>
        <w:ind w:left="317" w:hanging="230"/>
      </w:pPr>
      <w:r>
        <w:t>1 tablespoon rice vinegar</w:t>
      </w:r>
    </w:p>
    <w:p>
      <w:pPr>
        <w:pStyle w:val="ListBullet"/>
        <w:spacing w:after="50"/>
        <w:ind w:left="317" w:hanging="230"/>
      </w:pPr>
      <w:r>
        <w:t>2 teaspoons toasted sesame oil</w:t>
      </w:r>
    </w:p>
    <w:p>
      <w:pPr>
        <w:pStyle w:val="ListBullet"/>
        <w:spacing w:after="50"/>
        <w:ind w:left="317" w:hanging="230"/>
      </w:pPr>
      <w:r>
        <w:t>2 teaspoons maple syrup or honey</w:t>
      </w:r>
    </w:p>
    <w:p>
      <w:pPr>
        <w:pStyle w:val="ListBullet"/>
        <w:spacing w:after="50"/>
        <w:ind w:left="317" w:hanging="230"/>
      </w:pPr>
      <w:r>
        <w:t>1 tablespoon grated fresh ginger</w:t>
      </w:r>
    </w:p>
    <w:p>
      <w:pPr>
        <w:pStyle w:val="ListBullet"/>
        <w:spacing w:after="50"/>
        <w:ind w:left="317" w:hanging="230"/>
      </w:pPr>
      <w:r>
        <w:t>1 garlic clove, grated or minced</w:t>
      </w:r>
    </w:p>
    <w:p>
      <w:pPr>
        <w:pStyle w:val="ListBullet"/>
        <w:spacing w:after="50"/>
        <w:ind w:left="317" w:hanging="230"/>
      </w:pPr>
      <w:r>
        <w:t>1 teaspoon sesame seeds, optional</w:t>
      </w:r>
    </w:p>
    <w:p>
      <w:pPr>
        <w:pStyle w:val="ListBullet"/>
        <w:spacing w:after="50"/>
        <w:ind w:left="317" w:hanging="230"/>
      </w:pPr>
      <w:r>
        <w:t>1 lime, cut into wedges</w:t>
      </w:r>
    </w:p>
    <w:p>
      <w:pPr>
        <w:pStyle w:val="Heading2"/>
      </w:pPr>
      <w:r>
        <w:t>Method</w:t>
      </w:r>
    </w:p>
    <w:p>
      <w:pPr>
        <w:pStyle w:val="ListNumber"/>
        <w:spacing w:after="60"/>
        <w:ind w:left="360" w:hanging="259"/>
      </w:pPr>
      <w:r>
        <w:t>Heat the oven to 425°F and line a large sheet pan. Start the brown rice according to package directions.</w:t>
      </w:r>
    </w:p>
    <w:p>
      <w:pPr>
        <w:pStyle w:val="ListNumber"/>
        <w:spacing w:after="60"/>
        <w:ind w:left="360" w:hanging="259"/>
      </w:pPr>
      <w:r>
        <w:t>Pat the tofu dry. Toss it with cornstarch and 2 teaspoons olive oil; spread on one side of the pan. Toss broccoli and peppers with the remaining olive oil and spread beside the tofu.</w:t>
      </w:r>
    </w:p>
    <w:p>
      <w:pPr>
        <w:pStyle w:val="ListNumber"/>
        <w:spacing w:after="60"/>
        <w:ind w:left="360" w:hanging="259"/>
      </w:pPr>
      <w:r>
        <w:t>Roast for 18 minutes. Meanwhile, whisk soy sauce, rice vinegar, sesame oil, maple syrup, ginger, and garlic.</w:t>
      </w:r>
    </w:p>
    <w:p>
      <w:pPr>
        <w:pStyle w:val="ListNumber"/>
        <w:spacing w:after="60"/>
        <w:ind w:left="360" w:hanging="259"/>
      </w:pPr>
      <w:r>
        <w:t>Turn the tofu and vegetables, add snap peas, and drizzle everything with the sauce. Roast 7–9 minutes more, until the tofu edges are crisp and the vegetables are tender-crisp.</w:t>
      </w:r>
    </w:p>
    <w:p>
      <w:pPr>
        <w:pStyle w:val="ListNumber"/>
        <w:spacing w:after="60"/>
        <w:ind w:left="360" w:hanging="259"/>
      </w:pPr>
      <w:r>
        <w:t>Divide rice and the roasted mixture between two plates. Finish with sesame seeds and lime wedges.</w:t>
      </w:r>
    </w:p>
    <w:p>
      <w:pPr>
        <w:pStyle w:val="Heading3"/>
      </w:pPr>
      <w:r>
        <w:t>Prep-ahead note</w:t>
      </w:r>
    </w:p>
    <w:p>
      <w:r>
        <w:t>For the crispest result, keep cubed tofu, vegetables, and sauce in separate containers until cooking.</w:t>
      </w:r>
    </w:p>
    <w:p>
      <w:pPr>
        <w:pStyle w:val="Heading3"/>
      </w:pPr>
      <w:r>
        <w:t>Easy substitution</w:t>
      </w:r>
    </w:p>
    <w:p>
      <w:r>
        <w:t>Use cauliflower florets or green beans for either broccoli or snap peas. If quick-cooking brown rice is unavailable, use a no-salt-added microwaveable brown-rice pouch.</w:t>
      </w:r>
    </w:p>
    <w:p>
      <w:r>
        <w:br w:type="page"/>
      </w:r>
    </w:p>
    <w:p>
      <w:pPr>
        <w:pStyle w:val="Heading1"/>
      </w:pPr>
      <w:r>
        <w:t>Dinner 3 · Smoky Spanish White Beans with Kale &amp; Whole-Grain Toast</w:t>
      </w:r>
    </w:p>
    <w:p>
      <w:pPr>
        <w:spacing w:after="100"/>
      </w:pPr>
      <w:r>
        <w:rPr>
          <w:i/>
          <w:color w:val="5B666A"/>
        </w:rPr>
        <w:t>A fast tomato-and-paprika bean skillet with ribbons of kale, briny olives, and lemon.</w:t>
      </w:r>
    </w:p>
    <w:p>
      <w:pPr>
        <w:pStyle w:val="MealMeta"/>
      </w:pPr>
      <w:r>
        <w:rPr>
          <w:b/>
        </w:rPr>
        <w:t xml:space="preserve">Servings: </w:t>
      </w:r>
      <w:r>
        <w:rPr>
          <w:b w:val="0"/>
          <w:color w:val="5B666A"/>
        </w:rPr>
        <w:t>2 dinner servings</w:t>
      </w:r>
    </w:p>
    <w:p>
      <w:pPr>
        <w:pStyle w:val="MealMeta"/>
      </w:pPr>
      <w:r>
        <w:rPr>
          <w:b/>
        </w:rPr>
        <w:t xml:space="preserve">Total time: </w:t>
      </w:r>
      <w:r>
        <w:rPr>
          <w:b w:val="0"/>
          <w:color w:val="5B666A"/>
        </w:rPr>
        <w:t>30 minutes</w:t>
      </w:r>
    </w:p>
    <w:p>
      <w:pPr>
        <w:pStyle w:val="MealMeta"/>
      </w:pPr>
      <w:r>
        <w:rPr>
          <w:b/>
        </w:rPr>
        <w:t xml:space="preserve">Why it fits: </w:t>
      </w:r>
      <w:r>
        <w:rPr>
          <w:b w:val="0"/>
          <w:color w:val="5B666A"/>
        </w:rPr>
        <w:t>Beans, leafy greens, tomato, whole-grain bread, and olive oil create a fiber-rich, plant-forward dinner in the spirit of Mediterranean, MIND, and DASH patterns.</w:t>
      </w:r>
    </w:p>
    <w:p>
      <w:pPr>
        <w:pStyle w:val="MealMeta"/>
      </w:pPr>
      <w:r>
        <w:rPr>
          <w:b/>
        </w:rPr>
        <w:t xml:space="preserve">Make-ahead / pack note: </w:t>
      </w:r>
      <w:r>
        <w:rPr>
          <w:b w:val="0"/>
          <w:color w:val="5B666A"/>
        </w:rPr>
        <w:t>Slice the onion and kale up to 3 days ahead. The finished skillet reheats well for 3 days.</w:t>
      </w:r>
    </w:p>
    <w:p>
      <w:pPr>
        <w:pStyle w:val="Heading2"/>
      </w:pPr>
      <w:r>
        <w:t>Ingredients</w:t>
      </w:r>
    </w:p>
    <w:p>
      <w:pPr>
        <w:pStyle w:val="ListBullet"/>
        <w:spacing w:after="50"/>
        <w:ind w:left="317" w:hanging="230"/>
      </w:pPr>
      <w:r>
        <w:t>1 tablespoon extra-virgin olive oil</w:t>
      </w:r>
    </w:p>
    <w:p>
      <w:pPr>
        <w:pStyle w:val="ListBullet"/>
        <w:spacing w:after="50"/>
        <w:ind w:left="317" w:hanging="230"/>
      </w:pPr>
      <w:r>
        <w:t>1 medium yellow onion, thinly sliced</w:t>
      </w:r>
    </w:p>
    <w:p>
      <w:pPr>
        <w:pStyle w:val="ListBullet"/>
        <w:spacing w:after="50"/>
        <w:ind w:left="317" w:hanging="230"/>
      </w:pPr>
      <w:r>
        <w:t>3 garlic cloves, minced</w:t>
      </w:r>
    </w:p>
    <w:p>
      <w:pPr>
        <w:pStyle w:val="ListBullet"/>
        <w:spacing w:after="50"/>
        <w:ind w:left="317" w:hanging="230"/>
      </w:pPr>
      <w:r>
        <w:t>1½ teaspoons smoked paprika</w:t>
      </w:r>
    </w:p>
    <w:p>
      <w:pPr>
        <w:pStyle w:val="ListBullet"/>
        <w:spacing w:after="50"/>
        <w:ind w:left="317" w:hanging="230"/>
      </w:pPr>
      <w:r>
        <w:t>¼ teaspoon crushed red pepper, optional</w:t>
      </w:r>
    </w:p>
    <w:p>
      <w:pPr>
        <w:pStyle w:val="ListBullet"/>
        <w:spacing w:after="50"/>
        <w:ind w:left="317" w:hanging="230"/>
      </w:pPr>
      <w:r>
        <w:t>1 can (28 oz) no-salt-added crushed tomatoes</w:t>
      </w:r>
    </w:p>
    <w:p>
      <w:pPr>
        <w:pStyle w:val="ListBullet"/>
        <w:spacing w:after="50"/>
        <w:ind w:left="317" w:hanging="230"/>
      </w:pPr>
      <w:r>
        <w:t>2 cans (15 oz each) no-salt-added white beans, rinsed and drained</w:t>
      </w:r>
    </w:p>
    <w:p>
      <w:pPr>
        <w:pStyle w:val="ListBullet"/>
        <w:spacing w:after="50"/>
        <w:ind w:left="317" w:hanging="230"/>
      </w:pPr>
      <w:r>
        <w:t>1 large bunch kale, stems removed and leaves thinly sliced</w:t>
      </w:r>
    </w:p>
    <w:p>
      <w:pPr>
        <w:pStyle w:val="ListBullet"/>
        <w:spacing w:after="50"/>
        <w:ind w:left="317" w:hanging="230"/>
      </w:pPr>
      <w:r>
        <w:t>⅓ cup water</w:t>
      </w:r>
    </w:p>
    <w:p>
      <w:pPr>
        <w:pStyle w:val="ListBullet"/>
        <w:spacing w:after="50"/>
        <w:ind w:left="317" w:hanging="230"/>
      </w:pPr>
      <w:r>
        <w:t>¼ cup sliced pitted green olives, optional</w:t>
      </w:r>
    </w:p>
    <w:p>
      <w:pPr>
        <w:pStyle w:val="ListBullet"/>
        <w:spacing w:after="50"/>
        <w:ind w:left="317" w:hanging="230"/>
      </w:pPr>
      <w:r>
        <w:t>Juice of ½ lemon</w:t>
      </w:r>
    </w:p>
    <w:p>
      <w:pPr>
        <w:pStyle w:val="ListBullet"/>
        <w:spacing w:after="50"/>
        <w:ind w:left="317" w:hanging="230"/>
      </w:pPr>
      <w:r>
        <w:t>¼ teaspoon kosher salt, plus black pepper</w:t>
      </w:r>
    </w:p>
    <w:p>
      <w:pPr>
        <w:pStyle w:val="ListBullet"/>
        <w:spacing w:after="50"/>
        <w:ind w:left="317" w:hanging="230"/>
      </w:pPr>
      <w:r>
        <w:t>4 slices whole-grain bread, toasted</w:t>
      </w:r>
    </w:p>
    <w:p>
      <w:pPr>
        <w:pStyle w:val="Heading2"/>
      </w:pPr>
      <w:r>
        <w:t>Method</w:t>
      </w:r>
    </w:p>
    <w:p>
      <w:pPr>
        <w:pStyle w:val="ListNumber"/>
        <w:spacing w:after="60"/>
        <w:ind w:left="360" w:hanging="259"/>
      </w:pPr>
      <w:r>
        <w:t>Heat olive oil in a large skillet over medium. Add onion and cook for 5–6 minutes, until softened. Add garlic, smoked paprika, and crushed red pepper; stir for 30 seconds.</w:t>
      </w:r>
    </w:p>
    <w:p>
      <w:pPr>
        <w:pStyle w:val="ListNumber"/>
        <w:spacing w:after="60"/>
        <w:ind w:left="360" w:hanging="259"/>
      </w:pPr>
      <w:r>
        <w:t>Add crushed tomatoes, white beans, kale, water, salt, and black pepper. Stir well, cover, and simmer for 10 minutes.</w:t>
      </w:r>
    </w:p>
    <w:p>
      <w:pPr>
        <w:pStyle w:val="ListNumber"/>
        <w:spacing w:after="60"/>
        <w:ind w:left="360" w:hanging="259"/>
      </w:pPr>
      <w:r>
        <w:t>Uncover and simmer 5–7 minutes more, stirring occasionally, until the kale is tender and the sauce has thickened.</w:t>
      </w:r>
    </w:p>
    <w:p>
      <w:pPr>
        <w:pStyle w:val="ListNumber"/>
        <w:spacing w:after="60"/>
        <w:ind w:left="360" w:hanging="259"/>
      </w:pPr>
      <w:r>
        <w:t>Stir in olives and lemon juice. Taste and adjust pepper or lemon. Spoon onto plates and serve with whole-grain toast alongside.</w:t>
      </w:r>
    </w:p>
    <w:p>
      <w:pPr>
        <w:pStyle w:val="Heading3"/>
      </w:pPr>
      <w:r>
        <w:t>Prep-ahead note</w:t>
      </w:r>
    </w:p>
    <w:p>
      <w:r>
        <w:t>Combine the measured paprika and red pepper in a small cup. Store chopped kale with a dry paper towel so it stays crisp.</w:t>
      </w:r>
    </w:p>
    <w:p>
      <w:pPr>
        <w:pStyle w:val="Heading3"/>
      </w:pPr>
      <w:r>
        <w:t>Easy substitution</w:t>
      </w:r>
    </w:p>
    <w:p>
      <w:r>
        <w:t>Use Swiss chard or baby spinach instead of kale. Cannellini, great northern, or navy beans all work.</w:t>
      </w:r>
    </w:p>
    <w:p>
      <w:r>
        <w:br w:type="page"/>
      </w:r>
    </w:p>
    <w:p>
      <w:pPr>
        <w:pStyle w:val="Heading1"/>
      </w:pPr>
      <w:r>
        <w:t>Lunch 1 · Mediterranean Chickpea Crunch Wraps</w:t>
      </w:r>
    </w:p>
    <w:p>
      <w:pPr>
        <w:spacing w:after="100"/>
      </w:pPr>
      <w:r>
        <w:rPr>
          <w:i/>
          <w:color w:val="5B666A"/>
        </w:rPr>
        <w:t>Creamy hummus and a lemony chickpea-vegetable filling rolled into sturdy whole-wheat wraps.</w:t>
      </w:r>
    </w:p>
    <w:p>
      <w:pPr>
        <w:pStyle w:val="MealMeta"/>
      </w:pPr>
      <w:r>
        <w:rPr>
          <w:b/>
        </w:rPr>
        <w:t xml:space="preserve">Servings: </w:t>
      </w:r>
      <w:r>
        <w:rPr>
          <w:b w:val="0"/>
          <w:color w:val="5B666A"/>
        </w:rPr>
        <w:t>4 packed lunches</w:t>
      </w:r>
    </w:p>
    <w:p>
      <w:pPr>
        <w:pStyle w:val="MealMeta"/>
      </w:pPr>
      <w:r>
        <w:rPr>
          <w:b/>
        </w:rPr>
        <w:t xml:space="preserve">Total time: </w:t>
      </w:r>
      <w:r>
        <w:rPr>
          <w:b w:val="0"/>
          <w:color w:val="5B666A"/>
        </w:rPr>
        <w:t>25 minutes</w:t>
      </w:r>
    </w:p>
    <w:p>
      <w:pPr>
        <w:pStyle w:val="MealMeta"/>
      </w:pPr>
      <w:r>
        <w:rPr>
          <w:b/>
        </w:rPr>
        <w:t xml:space="preserve">Why it fits: </w:t>
      </w:r>
      <w:r>
        <w:rPr>
          <w:b w:val="0"/>
          <w:color w:val="5B666A"/>
        </w:rPr>
        <w:t>Chickpeas, vegetables, whole grains, olive-rich hummus, and a modest amount of feta suit Mediterranean and DASH-style priorities.</w:t>
      </w:r>
    </w:p>
    <w:p>
      <w:pPr>
        <w:pStyle w:val="MealMeta"/>
      </w:pPr>
      <w:r>
        <w:rPr>
          <w:b/>
        </w:rPr>
        <w:t xml:space="preserve">Make-ahead / pack note: </w:t>
      </w:r>
      <w:r>
        <w:rPr>
          <w:b w:val="0"/>
          <w:color w:val="5B666A"/>
        </w:rPr>
        <w:t>Pack filling, hummus, and tortillas separately. Assemble the night before or morning of eating to prevent sogginess.</w:t>
      </w:r>
    </w:p>
    <w:p>
      <w:pPr>
        <w:pStyle w:val="Heading2"/>
      </w:pPr>
      <w:r>
        <w:t>Ingredients</w:t>
      </w:r>
    </w:p>
    <w:p>
      <w:pPr>
        <w:pStyle w:val="ListBullet"/>
        <w:spacing w:after="50"/>
        <w:ind w:left="317" w:hanging="230"/>
      </w:pPr>
      <w:r>
        <w:t>2 cans (15 oz each) chickpeas, rinsed and drained</w:t>
      </w:r>
    </w:p>
    <w:p>
      <w:pPr>
        <w:pStyle w:val="ListBullet"/>
        <w:spacing w:after="50"/>
        <w:ind w:left="317" w:hanging="230"/>
      </w:pPr>
      <w:r>
        <w:t>1 large cucumber, diced</w:t>
      </w:r>
    </w:p>
    <w:p>
      <w:pPr>
        <w:pStyle w:val="ListBullet"/>
        <w:spacing w:after="50"/>
        <w:ind w:left="317" w:hanging="230"/>
      </w:pPr>
      <w:r>
        <w:t>1 cup cherry tomatoes, quartered</w:t>
      </w:r>
    </w:p>
    <w:p>
      <w:pPr>
        <w:pStyle w:val="ListBullet"/>
        <w:spacing w:after="50"/>
        <w:ind w:left="317" w:hanging="230"/>
      </w:pPr>
      <w:r>
        <w:t>2 packed cups baby spinach, chopped</w:t>
      </w:r>
    </w:p>
    <w:p>
      <w:pPr>
        <w:pStyle w:val="ListBullet"/>
        <w:spacing w:after="50"/>
        <w:ind w:left="317" w:hanging="230"/>
      </w:pPr>
      <w:r>
        <w:t>⅓ cup crumbled feta</w:t>
      </w:r>
    </w:p>
    <w:p>
      <w:pPr>
        <w:pStyle w:val="ListBullet"/>
        <w:spacing w:after="50"/>
        <w:ind w:left="317" w:hanging="230"/>
      </w:pPr>
      <w:r>
        <w:t>Juice of 1 lemon</w:t>
      </w:r>
    </w:p>
    <w:p>
      <w:pPr>
        <w:pStyle w:val="ListBullet"/>
        <w:spacing w:after="50"/>
        <w:ind w:left="317" w:hanging="230"/>
      </w:pPr>
      <w:r>
        <w:t>1 tablespoon extra-virgin olive oil</w:t>
      </w:r>
    </w:p>
    <w:p>
      <w:pPr>
        <w:pStyle w:val="ListBullet"/>
        <w:spacing w:after="50"/>
        <w:ind w:left="317" w:hanging="230"/>
      </w:pPr>
      <w:r>
        <w:t>1 teaspoon dried oregano</w:t>
      </w:r>
    </w:p>
    <w:p>
      <w:pPr>
        <w:pStyle w:val="ListBullet"/>
        <w:spacing w:after="50"/>
        <w:ind w:left="317" w:hanging="230"/>
      </w:pPr>
      <w:r>
        <w:t>¼ teaspoon kosher salt, plus black pepper</w:t>
      </w:r>
    </w:p>
    <w:p>
      <w:pPr>
        <w:pStyle w:val="ListBullet"/>
        <w:spacing w:after="50"/>
        <w:ind w:left="317" w:hanging="230"/>
      </w:pPr>
      <w:r>
        <w:t>½ cup hummus</w:t>
      </w:r>
    </w:p>
    <w:p>
      <w:pPr>
        <w:pStyle w:val="ListBullet"/>
        <w:spacing w:after="50"/>
        <w:ind w:left="317" w:hanging="230"/>
      </w:pPr>
      <w:r>
        <w:t>4 large whole-wheat tortillas</w:t>
      </w:r>
    </w:p>
    <w:p>
      <w:pPr>
        <w:pStyle w:val="Heading2"/>
      </w:pPr>
      <w:r>
        <w:t>Method</w:t>
      </w:r>
    </w:p>
    <w:p>
      <w:pPr>
        <w:pStyle w:val="ListNumber"/>
        <w:spacing w:after="60"/>
        <w:ind w:left="360" w:hanging="259"/>
      </w:pPr>
      <w:r>
        <w:t>Place chickpeas in a large bowl and mash about one-third of them with a fork, leaving the rest whole for texture.</w:t>
      </w:r>
    </w:p>
    <w:p>
      <w:pPr>
        <w:pStyle w:val="ListNumber"/>
        <w:spacing w:after="60"/>
        <w:ind w:left="360" w:hanging="259"/>
      </w:pPr>
      <w:r>
        <w:t>Fold in cucumber, tomatoes, spinach, feta, lemon juice, olive oil, oregano, salt, and black pepper.</w:t>
      </w:r>
    </w:p>
    <w:p>
      <w:pPr>
        <w:pStyle w:val="ListNumber"/>
        <w:spacing w:after="60"/>
        <w:ind w:left="360" w:hanging="259"/>
      </w:pPr>
      <w:r>
        <w:t>For each lunch, spread 2 tablespoons hummus over a tortilla, leaving a border. Add one-quarter of the chickpea filling.</w:t>
      </w:r>
    </w:p>
    <w:p>
      <w:pPr>
        <w:pStyle w:val="ListNumber"/>
        <w:spacing w:after="60"/>
        <w:ind w:left="360" w:hanging="259"/>
      </w:pPr>
      <w:r>
        <w:t>Fold in the sides and roll tightly. Wrap in parchment or foil, or keep the components separate and assemble just before eating.</w:t>
      </w:r>
    </w:p>
    <w:p>
      <w:pPr>
        <w:pStyle w:val="Heading3"/>
      </w:pPr>
      <w:r>
        <w:t>Prep-ahead note</w:t>
      </w:r>
    </w:p>
    <w:p>
      <w:r>
        <w:t>The filling keeps up to 4 days in a sealed container. If packing an assembled wrap, place a dry spinach layer against the tortilla before adding the filling.</w:t>
      </w:r>
    </w:p>
    <w:p>
      <w:pPr>
        <w:pStyle w:val="Heading3"/>
      </w:pPr>
      <w:r>
        <w:t>Easy substitution</w:t>
      </w:r>
    </w:p>
    <w:p>
      <w:r>
        <w:t>For dairy-free wraps, omit feta and add 2 tablespoons chopped olives. Whole-grain lavash can replace tortillas.</w:t>
      </w:r>
    </w:p>
    <w:p>
      <w:r>
        <w:br w:type="page"/>
      </w:r>
    </w:p>
    <w:p>
      <w:pPr>
        <w:pStyle w:val="Heading1"/>
      </w:pPr>
      <w:r>
        <w:t>Lunch 2 · Southwest Quinoa–Black Bean Bowls</w:t>
      </w:r>
    </w:p>
    <w:p>
      <w:pPr>
        <w:spacing w:after="100"/>
      </w:pPr>
      <w:r>
        <w:rPr>
          <w:i/>
          <w:color w:val="5B666A"/>
        </w:rPr>
        <w:t>Quinoa, black beans, corn, cabbage, tomatoes, and avocado with a bright cilantro-lime yogurt sauce.</w:t>
      </w:r>
    </w:p>
    <w:p>
      <w:pPr>
        <w:pStyle w:val="MealMeta"/>
      </w:pPr>
      <w:r>
        <w:rPr>
          <w:b/>
        </w:rPr>
        <w:t xml:space="preserve">Servings: </w:t>
      </w:r>
      <w:r>
        <w:rPr>
          <w:b w:val="0"/>
          <w:color w:val="5B666A"/>
        </w:rPr>
        <w:t>4 packed lunches</w:t>
      </w:r>
    </w:p>
    <w:p>
      <w:pPr>
        <w:pStyle w:val="MealMeta"/>
      </w:pPr>
      <w:r>
        <w:rPr>
          <w:b/>
        </w:rPr>
        <w:t xml:space="preserve">Total time: </w:t>
      </w:r>
      <w:r>
        <w:rPr>
          <w:b w:val="0"/>
          <w:color w:val="5B666A"/>
        </w:rPr>
        <w:t>30 minutes</w:t>
      </w:r>
    </w:p>
    <w:p>
      <w:pPr>
        <w:pStyle w:val="MealMeta"/>
      </w:pPr>
      <w:r>
        <w:rPr>
          <w:b/>
        </w:rPr>
        <w:t xml:space="preserve">Why it fits: </w:t>
      </w:r>
      <w:r>
        <w:rPr>
          <w:b w:val="0"/>
          <w:color w:val="5B666A"/>
        </w:rPr>
        <w:t>Whole grains, legumes, colorful vegetables, and unsaturated fat make this a balanced plant-forward lunch aligned with MIND, Mediterranean, and DASH principles.</w:t>
      </w:r>
    </w:p>
    <w:p>
      <w:pPr>
        <w:pStyle w:val="MealMeta"/>
      </w:pPr>
      <w:r>
        <w:rPr>
          <w:b/>
        </w:rPr>
        <w:t xml:space="preserve">Make-ahead / pack note: </w:t>
      </w:r>
      <w:r>
        <w:rPr>
          <w:b w:val="0"/>
          <w:color w:val="5B666A"/>
        </w:rPr>
        <w:t>Pack four bowls at once; keep sauce and avocado separate. The base holds for 4 days.</w:t>
      </w:r>
    </w:p>
    <w:p>
      <w:pPr>
        <w:pStyle w:val="Heading2"/>
      </w:pPr>
      <w:r>
        <w:t>Ingredients</w:t>
      </w:r>
    </w:p>
    <w:p>
      <w:pPr>
        <w:pStyle w:val="ListBullet"/>
        <w:spacing w:after="50"/>
        <w:ind w:left="317" w:hanging="230"/>
      </w:pPr>
      <w:r>
        <w:t>3 cups cooked quinoa (about 1 cup dry)</w:t>
      </w:r>
    </w:p>
    <w:p>
      <w:pPr>
        <w:pStyle w:val="ListBullet"/>
        <w:spacing w:after="50"/>
        <w:ind w:left="317" w:hanging="230"/>
      </w:pPr>
      <w:r>
        <w:t>1 can (15 oz) black beans, rinsed and drained</w:t>
      </w:r>
    </w:p>
    <w:p>
      <w:pPr>
        <w:pStyle w:val="ListBullet"/>
        <w:spacing w:after="50"/>
        <w:ind w:left="317" w:hanging="230"/>
      </w:pPr>
      <w:r>
        <w:t>2 cups frozen corn, thawed</w:t>
      </w:r>
    </w:p>
    <w:p>
      <w:pPr>
        <w:pStyle w:val="ListBullet"/>
        <w:spacing w:after="50"/>
        <w:ind w:left="317" w:hanging="230"/>
      </w:pPr>
      <w:r>
        <w:t>3 cups shredded cabbage or coleslaw mix</w:t>
      </w:r>
    </w:p>
    <w:p>
      <w:pPr>
        <w:pStyle w:val="ListBullet"/>
        <w:spacing w:after="50"/>
        <w:ind w:left="317" w:hanging="230"/>
      </w:pPr>
      <w:r>
        <w:t>1 cup cherry tomatoes, halved</w:t>
      </w:r>
    </w:p>
    <w:p>
      <w:pPr>
        <w:pStyle w:val="ListBullet"/>
        <w:spacing w:after="50"/>
        <w:ind w:left="317" w:hanging="230"/>
      </w:pPr>
      <w:r>
        <w:t>2 avocados</w:t>
      </w:r>
    </w:p>
    <w:p>
      <w:pPr>
        <w:pStyle w:val="ListBullet"/>
        <w:spacing w:after="50"/>
        <w:ind w:left="317" w:hanging="230"/>
      </w:pPr>
      <w:r>
        <w:t>½ cup plain Greek yogurt</w:t>
      </w:r>
    </w:p>
    <w:p>
      <w:pPr>
        <w:pStyle w:val="ListBullet"/>
        <w:spacing w:after="50"/>
        <w:ind w:left="317" w:hanging="230"/>
      </w:pPr>
      <w:r>
        <w:t>Juice and zest of 2 limes</w:t>
      </w:r>
    </w:p>
    <w:p>
      <w:pPr>
        <w:pStyle w:val="ListBullet"/>
        <w:spacing w:after="50"/>
        <w:ind w:left="317" w:hanging="230"/>
      </w:pPr>
      <w:r>
        <w:t>¼ cup chopped cilantro</w:t>
      </w:r>
    </w:p>
    <w:p>
      <w:pPr>
        <w:pStyle w:val="ListBullet"/>
        <w:spacing w:after="50"/>
        <w:ind w:left="317" w:hanging="230"/>
      </w:pPr>
      <w:r>
        <w:t>½ teaspoon ground cumin</w:t>
      </w:r>
    </w:p>
    <w:p>
      <w:pPr>
        <w:pStyle w:val="ListBullet"/>
        <w:spacing w:after="50"/>
        <w:ind w:left="317" w:hanging="230"/>
      </w:pPr>
      <w:r>
        <w:t>¼ teaspoon garlic powder</w:t>
      </w:r>
    </w:p>
    <w:p>
      <w:pPr>
        <w:pStyle w:val="ListBullet"/>
        <w:spacing w:after="50"/>
        <w:ind w:left="317" w:hanging="230"/>
      </w:pPr>
      <w:r>
        <w:t>¼ teaspoon kosher salt, plus black pepper</w:t>
      </w:r>
    </w:p>
    <w:p>
      <w:pPr>
        <w:pStyle w:val="Heading2"/>
      </w:pPr>
      <w:r>
        <w:t>Method</w:t>
      </w:r>
    </w:p>
    <w:p>
      <w:pPr>
        <w:pStyle w:val="ListNumber"/>
        <w:spacing w:after="60"/>
        <w:ind w:left="360" w:hanging="259"/>
      </w:pPr>
      <w:r>
        <w:t>Divide quinoa among four lidded containers. Top evenly with black beans, corn, cabbage, and tomatoes.</w:t>
      </w:r>
    </w:p>
    <w:p>
      <w:pPr>
        <w:pStyle w:val="ListNumber"/>
        <w:spacing w:after="60"/>
        <w:ind w:left="360" w:hanging="259"/>
      </w:pPr>
      <w:r>
        <w:t>Whisk yogurt, lime zest and juice, cilantro, cumin, garlic powder, salt, and black pepper. Divide among four small containers.</w:t>
      </w:r>
    </w:p>
    <w:p>
      <w:pPr>
        <w:pStyle w:val="ListNumber"/>
        <w:spacing w:after="60"/>
        <w:ind w:left="360" w:hanging="259"/>
      </w:pPr>
      <w:r>
        <w:t>Refrigerate the bowls and sauce for up to 4 days.</w:t>
      </w:r>
    </w:p>
    <w:p>
      <w:pPr>
        <w:pStyle w:val="ListNumber"/>
        <w:spacing w:after="60"/>
        <w:ind w:left="360" w:hanging="259"/>
      </w:pPr>
      <w:r>
        <w:t>When serving, add half an avocado to each bowl and drizzle with sauce. Eat cold or warm the quinoa-bean base before adding cabbage, avocado, and sauce.</w:t>
      </w:r>
    </w:p>
    <w:p>
      <w:pPr>
        <w:pStyle w:val="Heading3"/>
      </w:pPr>
      <w:r>
        <w:t>Prep-ahead note</w:t>
      </w:r>
    </w:p>
    <w:p>
      <w:r>
        <w:t>For a warm bowl, pack cabbage and tomatoes in a separate upper compartment or small container. Add avocado only just before eating.</w:t>
      </w:r>
    </w:p>
    <w:p>
      <w:pPr>
        <w:pStyle w:val="Heading3"/>
      </w:pPr>
      <w:r>
        <w:t>Easy substitution</w:t>
      </w:r>
    </w:p>
    <w:p>
      <w:r>
        <w:t>Use brown rice instead of quinoa, or swap plain yogurt for an unsweetened dairy-free yogurt with a thick texture.</w:t>
      </w:r>
    </w:p>
    <w:p>
      <w:pPr>
        <w:spacing w:after="80" w:before="20"/>
        <w:pBdr>
          <w:bottom w:val="single" w:sz="10" w:space="1" w:color="F4A261"/>
        </w:pBdr>
      </w:pPr>
    </w:p>
    <w:p>
      <w:pPr>
        <w:spacing w:before="200"/>
        <w:jc w:val="center"/>
      </w:pPr>
      <w:r>
        <w:rPr>
          <w:rFonts w:ascii="Roboto" w:hAnsi="Roboto" w:eastAsia="Roboto"/>
          <w:b/>
          <w:color w:val="264653"/>
          <w:sz w:val="22"/>
        </w:rPr>
        <w:t>Healthy aging isn't complicated -- but it is hard.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Roboto Condensed" w:hAnsi="Roboto Condensed" w:eastAsia="Roboto Condensed"/>
        <w:b/>
        <w:color w:val="2A9D8F"/>
        <w:sz w:val="15"/>
      </w:rPr>
      <w:t>THE MEDICINE CHECK  |  WEEK OF AUGUST 10,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2148840" cy="14325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8840" cy="143256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59" w:lineRule="auto"/>
    </w:pPr>
    <w:rPr>
      <w:rFonts w:ascii="Poppins" w:hAnsi="Poppins" w:eastAsia="Poppins"/>
      <w:color w:val="20242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Roboto" w:hAnsi="Roboto" w:eastAsia="Roboto"/>
      <w:b/>
      <w:bCs/>
      <w:color w:val="26465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Roboto Condensed" w:hAnsi="Roboto Condensed" w:eastAsia="Roboto Condensed"/>
      <w:b/>
      <w:bCs/>
      <w:color w:val="2A9D8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Roboto Condensed" w:hAnsi="Roboto Condensed" w:eastAsia="Roboto Condensed"/>
      <w:b/>
      <w:bCs/>
      <w:color w:val="26465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alMeta">
    <w:name w:val="Meal Meta"/>
    <w:pPr>
      <w:spacing w:after="80"/>
    </w:pPr>
    <w:rPr>
      <w:rFonts w:ascii="Roboto Condensed" w:hAnsi="Roboto Condensed" w:eastAsia="Roboto Condensed"/>
      <w:b/>
      <w:color w:val="26465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